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OFFICE OF ACADEMIC AFFAIRS</w:t>
      </w:r>
    </w:p>
    <w:p>
      <w:pPr>
        <w:jc w:val="center"/>
      </w:pPr>
      <w:r>
        <w:rPr>
          <w:b/>
          <w:sz w:val="26"/>
        </w:rPr>
        <w:t>Academic Proposal Form for Admission</w:t>
      </w:r>
    </w:p>
    <w:p>
      <w:pPr>
        <w:jc w:val="center"/>
      </w:pPr>
      <w:r>
        <w:rPr>
          <w:b/>
          <w:sz w:val="24"/>
        </w:rPr>
        <w:t>(E‑Masters / Certificate Programmes)</w:t>
      </w:r>
    </w:p>
    <w:p>
      <w:r>
        <w:t>Instructions: Please complete this form at the time of admission. The information will be used for academic evaluation, eligibility verification, and programme alignment as per institutional guidelines.</w:t>
      </w:r>
    </w:p>
    <w:p/>
    <w:p>
      <w:r>
        <w:rPr>
          <w:b/>
        </w:rPr>
        <w:t>SECTION A: STUDENT DETAILS</w:t>
      </w:r>
    </w:p>
    <w:p>
      <w:r>
        <w:rPr>
          <w:b/>
        </w:rPr>
        <w:t xml:space="preserve">Full Name (as per official records): </w:t>
      </w:r>
      <w:r>
        <w:t>______________________________________________</w:t>
      </w:r>
    </w:p>
    <w:p>
      <w:r>
        <w:rPr>
          <w:b/>
        </w:rPr>
        <w:t xml:space="preserve">Application / Registration Number: </w:t>
      </w:r>
      <w:r>
        <w:t>______________________________________________</w:t>
      </w:r>
    </w:p>
    <w:p>
      <w:r>
        <w:rPr>
          <w:b/>
        </w:rPr>
        <w:t xml:space="preserve">Email ID: </w:t>
      </w:r>
      <w:r>
        <w:t>______________________________________________</w:t>
      </w:r>
    </w:p>
    <w:p>
      <w:r>
        <w:rPr>
          <w:b/>
        </w:rPr>
        <w:t xml:space="preserve">Mobile Number: </w:t>
      </w:r>
      <w:r>
        <w:t>______________________________________________</w:t>
      </w:r>
    </w:p>
    <w:p>
      <w:r>
        <w:rPr>
          <w:b/>
        </w:rPr>
        <w:t xml:space="preserve">Highest Qualification: </w:t>
      </w:r>
      <w:r>
        <w:t>______________________________________________</w:t>
      </w:r>
    </w:p>
    <w:p>
      <w:r>
        <w:rPr>
          <w:b/>
        </w:rPr>
        <w:t xml:space="preserve">University / Institution Last Attended: </w:t>
      </w:r>
      <w:r>
        <w:t>______________________________________________</w:t>
      </w:r>
    </w:p>
    <w:p/>
    <w:p>
      <w:r>
        <w:rPr>
          <w:b/>
        </w:rPr>
        <w:t>SECTION B: PROGRAMME DETAILS</w:t>
      </w:r>
    </w:p>
    <w:p>
      <w:r>
        <w:rPr>
          <w:b/>
        </w:rPr>
        <w:t xml:space="preserve">Programme Applied For: </w:t>
      </w:r>
      <w:r>
        <w:t xml:space="preserve"> ☐ E‑Masters</w:t>
      </w:r>
      <w:r>
        <w:t xml:space="preserve">   </w:t>
      </w:r>
      <w:r>
        <w:t xml:space="preserve"> ☐ Certificate</w:t>
      </w:r>
    </w:p>
    <w:p>
      <w:r>
        <w:rPr>
          <w:b/>
        </w:rPr>
        <w:t xml:space="preserve">Name of Programme / Course: </w:t>
      </w:r>
      <w:r>
        <w:t>______________________________________________</w:t>
      </w:r>
    </w:p>
    <w:p>
      <w:r>
        <w:rPr>
          <w:b/>
        </w:rPr>
        <w:t xml:space="preserve">Academic Session: </w:t>
      </w:r>
      <w:r>
        <w:t>______________________________________________</w:t>
      </w:r>
    </w:p>
    <w:p>
      <w:r>
        <w:rPr>
          <w:b/>
        </w:rPr>
        <w:t xml:space="preserve">Mode of Study: </w:t>
      </w:r>
      <w:r>
        <w:t xml:space="preserve"> ☐ Online</w:t>
      </w:r>
      <w:r>
        <w:t xml:space="preserve">   </w:t>
      </w:r>
      <w:r>
        <w:t xml:space="preserve"> ☐ Hybrid</w:t>
      </w:r>
      <w:r>
        <w:t xml:space="preserve">   </w:t>
      </w:r>
      <w:r>
        <w:t xml:space="preserve"> ☐ Blended</w:t>
      </w:r>
    </w:p>
    <w:p>
      <w:r>
        <w:rPr>
          <w:b/>
        </w:rPr>
        <w:t xml:space="preserve">Duration of Programme: </w:t>
      </w:r>
      <w:r>
        <w:t>______________________________________________</w:t>
      </w:r>
    </w:p>
    <w:p/>
    <w:p>
      <w:r>
        <w:rPr>
          <w:b/>
        </w:rPr>
        <w:t>SECTION C: ACADEMIC PROPOSAL (To be filled by the student)</w:t>
      </w:r>
    </w:p>
    <w:p>
      <w:r>
        <w:rPr>
          <w:b/>
        </w:rPr>
        <w:t xml:space="preserve">Proposed Area / Course Title: </w:t>
      </w:r>
      <w:r>
        <w:t>______________________________________________</w:t>
      </w:r>
    </w:p>
    <w:p>
      <w:r>
        <w:rPr>
          <w:b/>
        </w:rPr>
        <w:t>Statement of Purpose / Academic Rationale (300–400 words)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>Objectives of enrolling in this programme (bullet points preferred)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>Expected learning outcomes (what you will be able to do after completion)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>Relevance to current studies / employment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/>
    <w:p>
      <w:r>
        <w:rPr>
          <w:b/>
        </w:rPr>
        <w:t>SECTION D: SKILL &amp; CAREER MAPPING</w:t>
      </w:r>
    </w:p>
    <w:p>
      <w:r>
        <w:rPr>
          <w:b/>
        </w:rPr>
        <w:t>Key skills expected to be acquired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>Industry / research relevance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>Career progression / academic advancement expected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/>
    <w:p>
      <w:r>
        <w:rPr>
          <w:b/>
        </w:rPr>
        <w:t>SECTION E: STUDENT DECLARATION</w:t>
      </w:r>
    </w:p>
    <w:p>
      <w:r>
        <w:t>I hereby declare that the information furnished above is true and correct to the best of my knowledge. I understand that any false information may lead to cancellation of admission.</w:t>
      </w:r>
    </w:p>
    <w:p>
      <w:r>
        <w:rPr>
          <w:b/>
        </w:rPr>
        <w:t xml:space="preserve">Place: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p>
      <w:r>
        <w:rPr>
          <w:b/>
        </w:rPr>
        <w:t xml:space="preserve">Signature of Student: </w:t>
      </w:r>
      <w:r>
        <w:t>______________________________________________</w:t>
      </w:r>
    </w:p>
    <w:p/>
    <w:p>
      <w:r>
        <w:rPr>
          <w:b/>
        </w:rPr>
        <w:t>SECTION F: OFFICE USE ONLY</w:t>
      </w:r>
    </w:p>
    <w:p>
      <w:r>
        <w:rPr>
          <w:b/>
        </w:rPr>
        <w:t xml:space="preserve">Eligibility Verified: </w:t>
      </w:r>
      <w:r>
        <w:t xml:space="preserve"> ☐ Yes</w:t>
      </w:r>
      <w:r>
        <w:t xml:space="preserve">   </w:t>
      </w:r>
      <w:r>
        <w:t xml:space="preserve"> ☐ No</w:t>
      </w:r>
    </w:p>
    <w:p>
      <w:r>
        <w:rPr>
          <w:b/>
        </w:rPr>
        <w:t>Documents Verified (list documents checked)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 xml:space="preserve">Signature of Academic Coordinator: </w:t>
      </w:r>
      <w:r>
        <w:t>______________________________________________</w:t>
      </w:r>
    </w:p>
    <w:p>
      <w:r>
        <w:rPr>
          <w:b/>
        </w:rPr>
        <w:t xml:space="preserve">Date: </w:t>
      </w:r>
      <w:r>
        <w:t>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